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פנימה – קטעים על חורף ופנימיות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סוגות ספרותיות שונות (מאמר, שיר, סיפור, מכתב, יומן, משל)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לשון ציורית הקשורה לחורף ולעולם הפנימי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בהשראת נושא המסע הפנימי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סוגי הטקסטים במצגת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בה גם מאמרים, סיפורים, מכתב, יומן ומשל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בעמוד המצגת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בתיאור המצגת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סוג הטקסט למאפיין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(כתיבה אישית יום אחר 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(סיפור קצר עם מוסר השכל)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(פנייה לאדם מסוים עם פתיחה וחתימה)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(כתיבה בשורות עם לשון ציורית וקצב)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יומן נכתב לעצמי ובלי לפנות למישהו, מכתב נכתב ונשלח לאדם מסוים; יומן הוא יומיומי, מכתב הוא אירוע מיוחד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בגוף ראשון, אזכור מזג אוויר חורפי, ותיאור רגש או מחשבה פנימית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התבוננות והקשבה לעולם הרגשי והמחשבתי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 מתוך: מאמר הגות, שיר, סיפור, מכתב, יומן, משל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חורף הוא עונה מופנמת, שקטה, טובה למחשבה ולהתבוננות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שקופית אחת מהמצגת בכל פעם ולדון בסוג הטקסט שבה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לתלמידים לבחור אם לכתוב יומן או משל בחלק הכתיבה היצירתית, לפי העדפתם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שיחה קצרה במעגל על הקשר בין חורף לתחושות פנימיות לפני תחילת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פנימה – קטעים על חורף ופנימיות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במצגת 'מסע פנימה' יש 14 קטעים קצרים ומקוריים על חורף ועל החיים הפנימיים שלנו - מאמרי הגות, שירים, סיפורים, מכתב, יומן ומשל. דף זה מתרגל את סוגי הטקסטים, לשון ציורית ונושא הפנימיות.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14  ·  יומן  ·  משל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סוגי הטקסטים במצגת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קטעים יש במצגת 'מסע פנימה'?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סוג טקסט מספר סיפור קצר עם מוסר השכל?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סוג טקסט כתוב בדרך כלל בגוף ראשון, יום אחר 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המצגת עוסקת רק בשירה.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לעבור בין השקופיות במקלדת בעזרת החיצים.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המצגת מתאימה לפתיחת שיעור או למעגל בוקר.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במצגת יש __________ קטעים מקוריים.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סיפור קצר עם מוסר השכל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כתיבה אישית שנכתבת יום אחר יום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סוג הטקסט למאפיין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פנייה לאדם מסוים עם פתיחה וחתימה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כתיבה אישית יום אחר 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כתיבה בשורות עם לשון ציורית וקצב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סיפור קצר עם מוסר השכל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יומן למכתב? כתבו שני הבדלים.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קטע יומן קצר (4-5 משפטים) על יום חורפי ועל מחשבה או הרגשה שעלתה בכם באותו 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המשמעות של הביטוי 'מסע פנימה'?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סוגי טקסטים שהופיעו במצגת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פנימה – קטעים על חורף ופנימיות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