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סוגות ספרותיות שונות (מאמר, שיר, סיפור, מכתב, יומן, משל)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לשון ציורית הקשורה לחורף ולעולם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אישית בהשראת נושא המסע הפנימי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סוגי הטקסטים במצגת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חורף ועולם הפנימי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יש בה גם מאמרים, סיפורים, מכתב, יומן ומשל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בעמוד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נכתב בתיאור המצגת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סוגות שונות: מאמר, שיר, סיפור, מכתב, יומן,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שם המצגת 'מסע פנימה' מחבר בין חורף לפנימיות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פנימה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מכתב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סוג הטקסט למאפיין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(כתיבה אישית יום אחר 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(סיפור קצר עם מוסר השכל)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(פנייה לאדם מסוים עם פתיחה וחתימה)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(כתיבה בשורות עם לשון ציורית וקצב)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(טקסט שבו הכותב חושב על רעיון)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יומן נכתב לעצמי ובלי לפנות למישהו, מכתב נכתב ונשלח לאדם מסוים; יומן הוא יומיומי, מכתב הוא אירוע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בחורף נשארים הרבה בבית, יש קור וגשם, וזה זמן טוב לחשוב ולהתבונן פנימה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שימוש בגוף ראשון, אזכור מזג אוויר חורפי, ותיאור רגש או מחשבה פנימית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לבדוק שיש עלילה קצרה, דמות או סמל, ומוסר השכל ברור בסוף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התבוננות והקשבה לעולם הרגשי והמחשבתי 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שני מתוך: מאמר הגות, שיר, סיפור, מכתב, יומן, משל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חורף הוא עונה מופנמת, שקטה, טובה למחשבה ולהתבוננות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שקופית אחת מהמצגת בכל פעם ולדון בסוג הטקסט שבה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לאפשר לתלמידים לבחור אם לכתוב יומן או משל בחלק הכתיבה היצירתית, לפי העדפתם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שיחה קצרה במעגל על הקשר בין חורף לתחושות פנימיות לפני תחילת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❄️ מסע פנימה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מסע פנימה – קטעים על חורף ופנימיות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במצגת יש 14 טקסטים קצרים על חורף ועל מה שקורה בפנים שלנו. יש שירים, סיפורים, מכתב ועוד. נתרגל להכיר אותם.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פנימה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לחשוב ולהרגיש דברים בתוך עצמנו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מאמר הגות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טקסט שבו כותבים חושבים על רעיון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שיש בו לקח או מוסר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יום אחר 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לשון ציורית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שמציירות תמונה בראש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פנימיות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העולם הפנימי, הרגשות והמחשבות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חורף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עונת השנה הקרה, עם גשם וקור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סוגי הטקסטים במצגת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קטעים יש במצגת?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טקסט מלמד לקח?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 הגות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טקסט כתוב יום יום?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על מה המצגת מדברת?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טיול בחוץ לארץ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חורף ועולם הפנימי שלנו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בניית בתים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טקסט פונה למישהו?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עוסקת רק בשירה.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לעבור בין השקופיות במקלדת בעזרת החיצים.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המצגת מתאימה לפתיחת שיעור או למעגל בוקר.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14 הקטעים הם מאותה סוגה ספרותית.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נושא החורף קשור במצגת לעולם הפנימי שלנו.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במצגת יש __________ קטעים מקוריים.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סיפור קצר עם מוסר השכל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כתיבה אישית שנכתבת יום אחר יום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מילים שמציירות תמונה בראש של הקורא נקראות לשון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המצגת הוא מסע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טקסט הפונה לאדם מסוים ונחתם בשם הכותב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סוג הטקסט למאפיין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יומן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סיפור קצר עם מוסר השכל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טקסט שבו הכותב חושב על רעיון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כתיבה אישית יום אחר 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פנייה לאדם מסוים עם פתיחה וחתימה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מאמר הגות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כתיבה בשורות עם לשון ציורית וקצב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יומן למכתב? כתבו שני הבדלים.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קושרים בין עונת החורף לבין 'מסע פנימה'?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קטע יומן קצר (4-5 משפטים) על יום חורפי ועל מחשבה או הרגשה שעלתה בכם באותו 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משל קצר (3-4 משפטים) שיש בו לקח הקשור לחורף או להתבוננות פנימית.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הביטוי 'מסע פנימה'?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שני סוגי טקסטים שהופיעו במצגת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בחרו דווקא בעונת החורף כנושא למצגת?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מסע פנימה – קטעים על חורף ופנימיות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